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772400" cy="11658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full_page_political_campaign_flyer_infographi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6586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